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75A5" w:rsidRPr="004275A5" w:rsidRDefault="004275A5" w:rsidP="007728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5A5">
        <w:rPr>
          <w:rFonts w:ascii="Times New Roman" w:hAnsi="Times New Roman" w:cs="Times New Roman"/>
          <w:b/>
          <w:sz w:val="28"/>
          <w:szCs w:val="28"/>
        </w:rPr>
        <w:t>HOLIDAY BREAK</w:t>
      </w:r>
      <w:bookmarkStart w:id="0" w:name="_GoBack"/>
      <w:bookmarkEnd w:id="0"/>
      <w:r w:rsidRPr="004275A5">
        <w:rPr>
          <w:rFonts w:ascii="Times New Roman" w:hAnsi="Times New Roman" w:cs="Times New Roman"/>
          <w:b/>
          <w:sz w:val="28"/>
          <w:szCs w:val="28"/>
        </w:rPr>
        <w:t xml:space="preserve"> PLAN </w:t>
      </w:r>
      <w:r w:rsidR="00EC5849">
        <w:rPr>
          <w:rFonts w:ascii="Times New Roman" w:hAnsi="Times New Roman" w:cs="Times New Roman"/>
          <w:b/>
          <w:sz w:val="28"/>
          <w:szCs w:val="28"/>
        </w:rPr>
        <w:t xml:space="preserve">FOR </w:t>
      </w:r>
      <w:r w:rsidRPr="004275A5">
        <w:rPr>
          <w:rFonts w:ascii="Times New Roman" w:hAnsi="Times New Roman" w:cs="Times New Roman"/>
          <w:b/>
          <w:sz w:val="28"/>
          <w:szCs w:val="28"/>
        </w:rPr>
        <w:t xml:space="preserve">DOCTORAL CANDIDATES </w:t>
      </w:r>
    </w:p>
    <w:p w:rsidR="00D52120" w:rsidRDefault="004275A5" w:rsidP="007728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5A5">
        <w:rPr>
          <w:rFonts w:ascii="Times New Roman" w:hAnsi="Times New Roman" w:cs="Times New Roman"/>
          <w:b/>
          <w:sz w:val="28"/>
          <w:szCs w:val="28"/>
        </w:rPr>
        <w:t>DOCTORAL SCHOOL</w:t>
      </w:r>
      <w:r w:rsidR="00293FE3">
        <w:rPr>
          <w:rFonts w:ascii="Times New Roman" w:hAnsi="Times New Roman" w:cs="Times New Roman"/>
          <w:b/>
          <w:sz w:val="28"/>
          <w:szCs w:val="28"/>
        </w:rPr>
        <w:br/>
        <w:t xml:space="preserve">OF THE </w:t>
      </w:r>
      <w:r w:rsidRPr="004275A5">
        <w:rPr>
          <w:rFonts w:ascii="Times New Roman" w:hAnsi="Times New Roman" w:cs="Times New Roman"/>
          <w:b/>
          <w:sz w:val="28"/>
          <w:szCs w:val="28"/>
        </w:rPr>
        <w:t>KAZIMIERZ WIELKI UNIVERSITY IN 2026</w:t>
      </w:r>
    </w:p>
    <w:p w:rsidR="00F9396B" w:rsidRPr="004275A5" w:rsidRDefault="00F9396B" w:rsidP="0077286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2120" w:rsidRPr="00772861" w:rsidRDefault="00D52120">
      <w:pPr>
        <w:rPr>
          <w:rFonts w:ascii="Times New Roman" w:hAnsi="Times New Roman" w:cs="Times New Roman"/>
          <w:sz w:val="24"/>
          <w:szCs w:val="24"/>
        </w:rPr>
      </w:pPr>
    </w:p>
    <w:p w:rsidR="00D52120" w:rsidRPr="00772861" w:rsidRDefault="00BA6945">
      <w:pPr>
        <w:rPr>
          <w:rFonts w:ascii="Times New Roman" w:hAnsi="Times New Roman" w:cs="Times New Roman"/>
          <w:sz w:val="24"/>
          <w:szCs w:val="24"/>
        </w:rPr>
      </w:pPr>
      <w:r w:rsidRPr="00772861">
        <w:rPr>
          <w:rFonts w:ascii="Times New Roman" w:hAnsi="Times New Roman" w:cs="Times New Roman"/>
          <w:sz w:val="24"/>
          <w:szCs w:val="24"/>
        </w:rPr>
        <w:t>Name and surname: .........................................................</w:t>
      </w:r>
      <w:r w:rsidR="00F9396B">
        <w:rPr>
          <w:rFonts w:ascii="Times New Roman" w:hAnsi="Times New Roman" w:cs="Times New Roman"/>
          <w:sz w:val="24"/>
          <w:szCs w:val="24"/>
        </w:rPr>
        <w:t>..........................................</w:t>
      </w:r>
    </w:p>
    <w:p w:rsidR="00D52120" w:rsidRPr="00772861" w:rsidRDefault="00D52120">
      <w:pPr>
        <w:rPr>
          <w:rFonts w:ascii="Times New Roman" w:hAnsi="Times New Roman" w:cs="Times New Roman"/>
          <w:sz w:val="24"/>
          <w:szCs w:val="24"/>
        </w:rPr>
      </w:pPr>
    </w:p>
    <w:p w:rsidR="00D52120" w:rsidRPr="00772861" w:rsidRDefault="00BA6945">
      <w:pPr>
        <w:rPr>
          <w:rFonts w:ascii="Times New Roman" w:hAnsi="Times New Roman" w:cs="Times New Roman"/>
          <w:sz w:val="24"/>
          <w:szCs w:val="24"/>
        </w:rPr>
      </w:pPr>
      <w:r w:rsidRPr="00772861">
        <w:rPr>
          <w:rFonts w:ascii="Times New Roman" w:hAnsi="Times New Roman" w:cs="Times New Roman"/>
          <w:sz w:val="24"/>
          <w:szCs w:val="24"/>
        </w:rPr>
        <w:t>Discipline: .........................................................</w:t>
      </w:r>
      <w:r w:rsidR="00F9396B">
        <w:rPr>
          <w:rFonts w:ascii="Times New Roman" w:hAnsi="Times New Roman" w:cs="Times New Roman"/>
          <w:sz w:val="24"/>
          <w:szCs w:val="24"/>
        </w:rPr>
        <w:t>.........................................................</w:t>
      </w:r>
    </w:p>
    <w:p w:rsidR="00D52120" w:rsidRPr="00772861" w:rsidRDefault="00D52120">
      <w:pPr>
        <w:rPr>
          <w:rFonts w:ascii="Times New Roman" w:hAnsi="Times New Roman" w:cs="Times New Roman"/>
          <w:sz w:val="24"/>
          <w:szCs w:val="24"/>
        </w:rPr>
      </w:pPr>
    </w:p>
    <w:p w:rsidR="00D52120" w:rsidRPr="00772861" w:rsidRDefault="00BA6945">
      <w:pPr>
        <w:rPr>
          <w:rFonts w:ascii="Times New Roman" w:hAnsi="Times New Roman" w:cs="Times New Roman"/>
          <w:sz w:val="24"/>
          <w:szCs w:val="24"/>
        </w:rPr>
      </w:pPr>
      <w:r w:rsidRPr="00772861">
        <w:rPr>
          <w:rFonts w:ascii="Times New Roman" w:hAnsi="Times New Roman" w:cs="Times New Roman"/>
          <w:sz w:val="24"/>
          <w:szCs w:val="24"/>
        </w:rPr>
        <w:t>I kindly request to be granted a holiday break for the following period:</w:t>
      </w:r>
    </w:p>
    <w:p w:rsidR="00D52120" w:rsidRPr="00772861" w:rsidRDefault="00BA6945">
      <w:pPr>
        <w:rPr>
          <w:rFonts w:ascii="Times New Roman" w:hAnsi="Times New Roman" w:cs="Times New Roman"/>
          <w:sz w:val="24"/>
          <w:szCs w:val="24"/>
        </w:rPr>
      </w:pPr>
      <w:r w:rsidRPr="00772861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</w:t>
      </w:r>
      <w:r w:rsidR="00F9396B"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:rsidR="00D52120" w:rsidRPr="00772861" w:rsidRDefault="00BA6945">
      <w:pPr>
        <w:rPr>
          <w:rFonts w:ascii="Times New Roman" w:hAnsi="Times New Roman" w:cs="Times New Roman"/>
          <w:sz w:val="24"/>
          <w:szCs w:val="24"/>
        </w:rPr>
      </w:pPr>
      <w:r w:rsidRPr="00772861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</w:t>
      </w:r>
      <w:r w:rsidR="00F9396B"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:rsidR="00D52120" w:rsidRPr="00772861" w:rsidRDefault="00D52120">
      <w:pPr>
        <w:rPr>
          <w:rFonts w:ascii="Times New Roman" w:hAnsi="Times New Roman" w:cs="Times New Roman"/>
          <w:sz w:val="24"/>
          <w:szCs w:val="24"/>
        </w:rPr>
      </w:pPr>
    </w:p>
    <w:p w:rsidR="00D52120" w:rsidRPr="00772861" w:rsidRDefault="00BA6945">
      <w:pPr>
        <w:rPr>
          <w:rFonts w:ascii="Times New Roman" w:hAnsi="Times New Roman" w:cs="Times New Roman"/>
          <w:sz w:val="24"/>
          <w:szCs w:val="24"/>
        </w:rPr>
      </w:pPr>
      <w:r w:rsidRPr="00772861">
        <w:rPr>
          <w:rFonts w:ascii="Times New Roman" w:hAnsi="Times New Roman" w:cs="Times New Roman"/>
          <w:sz w:val="24"/>
          <w:szCs w:val="24"/>
        </w:rPr>
        <w:t>Total number of weeks (maximum: 8): ....................</w:t>
      </w:r>
      <w:r w:rsidR="004275A5"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F9396B">
        <w:rPr>
          <w:rFonts w:ascii="Times New Roman" w:hAnsi="Times New Roman" w:cs="Times New Roman"/>
          <w:sz w:val="24"/>
          <w:szCs w:val="24"/>
        </w:rPr>
        <w:t>...................</w:t>
      </w:r>
    </w:p>
    <w:p w:rsidR="00293FE3" w:rsidRDefault="00293FE3">
      <w:pPr>
        <w:rPr>
          <w:rFonts w:ascii="Times New Roman" w:hAnsi="Times New Roman" w:cs="Times New Roman"/>
          <w:sz w:val="24"/>
          <w:szCs w:val="24"/>
        </w:rPr>
      </w:pPr>
    </w:p>
    <w:p w:rsidR="00293FE3" w:rsidRDefault="00293FE3">
      <w:pPr>
        <w:rPr>
          <w:rFonts w:ascii="Times New Roman" w:hAnsi="Times New Roman" w:cs="Times New Roman"/>
          <w:sz w:val="24"/>
          <w:szCs w:val="24"/>
        </w:rPr>
      </w:pPr>
    </w:p>
    <w:p w:rsidR="00D52120" w:rsidRPr="00772861" w:rsidRDefault="00BA6945">
      <w:pPr>
        <w:rPr>
          <w:rFonts w:ascii="Times New Roman" w:hAnsi="Times New Roman" w:cs="Times New Roman"/>
          <w:sz w:val="24"/>
          <w:szCs w:val="24"/>
        </w:rPr>
      </w:pPr>
      <w:r w:rsidRPr="00772861">
        <w:rPr>
          <w:rFonts w:ascii="Times New Roman" w:hAnsi="Times New Roman" w:cs="Times New Roman"/>
          <w:sz w:val="24"/>
          <w:szCs w:val="24"/>
        </w:rPr>
        <w:t>Supervisor’s / Supervisors’ approval: ....................................</w:t>
      </w:r>
      <w:r w:rsidR="004275A5">
        <w:rPr>
          <w:rFonts w:ascii="Times New Roman" w:hAnsi="Times New Roman" w:cs="Times New Roman"/>
          <w:sz w:val="24"/>
          <w:szCs w:val="24"/>
        </w:rPr>
        <w:t>............................</w:t>
      </w:r>
      <w:r w:rsidR="00F9396B">
        <w:rPr>
          <w:rFonts w:ascii="Times New Roman" w:hAnsi="Times New Roman" w:cs="Times New Roman"/>
          <w:sz w:val="24"/>
          <w:szCs w:val="24"/>
        </w:rPr>
        <w:t>...........</w:t>
      </w:r>
    </w:p>
    <w:p w:rsidR="00D52120" w:rsidRPr="00772861" w:rsidRDefault="00D52120">
      <w:pPr>
        <w:rPr>
          <w:rFonts w:ascii="Times New Roman" w:hAnsi="Times New Roman" w:cs="Times New Roman"/>
          <w:sz w:val="24"/>
          <w:szCs w:val="24"/>
        </w:rPr>
      </w:pPr>
    </w:p>
    <w:p w:rsidR="00D52120" w:rsidRDefault="00D52120">
      <w:pPr>
        <w:rPr>
          <w:rFonts w:ascii="Times New Roman" w:hAnsi="Times New Roman" w:cs="Times New Roman"/>
          <w:sz w:val="24"/>
          <w:szCs w:val="24"/>
        </w:rPr>
      </w:pPr>
    </w:p>
    <w:p w:rsidR="00F9396B" w:rsidRDefault="00F9396B">
      <w:pPr>
        <w:rPr>
          <w:rFonts w:ascii="Times New Roman" w:hAnsi="Times New Roman" w:cs="Times New Roman"/>
          <w:sz w:val="24"/>
          <w:szCs w:val="24"/>
        </w:rPr>
      </w:pPr>
    </w:p>
    <w:p w:rsidR="00F9396B" w:rsidRPr="00772861" w:rsidRDefault="00F9396B">
      <w:pPr>
        <w:rPr>
          <w:rFonts w:ascii="Times New Roman" w:hAnsi="Times New Roman" w:cs="Times New Roman"/>
          <w:sz w:val="24"/>
          <w:szCs w:val="24"/>
        </w:rPr>
      </w:pPr>
    </w:p>
    <w:p w:rsidR="00D52120" w:rsidRPr="00772861" w:rsidRDefault="004275A5" w:rsidP="004275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………………………………..</w:t>
      </w:r>
    </w:p>
    <w:p w:rsidR="00D52120" w:rsidRPr="004275A5" w:rsidRDefault="004275A5" w:rsidP="004275A5">
      <w:pPr>
        <w:spacing w:line="240" w:lineRule="auto"/>
        <w:ind w:left="5040"/>
        <w:rPr>
          <w:rFonts w:ascii="Times New Roman" w:hAnsi="Times New Roman" w:cs="Times New Roman"/>
          <w:sz w:val="20"/>
          <w:szCs w:val="20"/>
        </w:rPr>
      </w:pPr>
      <w:r w:rsidRPr="004275A5">
        <w:rPr>
          <w:rFonts w:ascii="Times New Roman" w:hAnsi="Times New Roman" w:cs="Times New Roman"/>
          <w:sz w:val="20"/>
          <w:szCs w:val="20"/>
        </w:rPr>
        <w:t>d</w:t>
      </w:r>
      <w:r w:rsidR="00BA6945" w:rsidRPr="004275A5">
        <w:rPr>
          <w:rFonts w:ascii="Times New Roman" w:hAnsi="Times New Roman" w:cs="Times New Roman"/>
          <w:sz w:val="20"/>
          <w:szCs w:val="20"/>
        </w:rPr>
        <w:t>ate and signature</w:t>
      </w:r>
      <w:r w:rsidR="00EC5849">
        <w:rPr>
          <w:rFonts w:ascii="Times New Roman" w:hAnsi="Times New Roman" w:cs="Times New Roman"/>
          <w:sz w:val="20"/>
          <w:szCs w:val="20"/>
        </w:rPr>
        <w:t xml:space="preserve"> of the</w:t>
      </w:r>
      <w:r w:rsidR="00BA6945" w:rsidRPr="004275A5">
        <w:rPr>
          <w:rFonts w:ascii="Times New Roman" w:hAnsi="Times New Roman" w:cs="Times New Roman"/>
          <w:sz w:val="20"/>
          <w:szCs w:val="20"/>
        </w:rPr>
        <w:t xml:space="preserve"> </w:t>
      </w:r>
      <w:r w:rsidRPr="004275A5">
        <w:rPr>
          <w:rFonts w:ascii="Times New Roman" w:hAnsi="Times New Roman" w:cs="Times New Roman"/>
          <w:sz w:val="20"/>
          <w:szCs w:val="20"/>
        </w:rPr>
        <w:t>doctoral</w:t>
      </w:r>
      <w:r w:rsidR="00BA6945" w:rsidRPr="004275A5">
        <w:rPr>
          <w:rFonts w:ascii="Times New Roman" w:hAnsi="Times New Roman" w:cs="Times New Roman"/>
          <w:sz w:val="20"/>
          <w:szCs w:val="20"/>
        </w:rPr>
        <w:t xml:space="preserve"> candidate</w:t>
      </w:r>
    </w:p>
    <w:sectPr w:rsidR="00D52120" w:rsidRPr="004275A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3FE3"/>
    <w:rsid w:val="0029639D"/>
    <w:rsid w:val="00326F90"/>
    <w:rsid w:val="004275A5"/>
    <w:rsid w:val="00637985"/>
    <w:rsid w:val="00772861"/>
    <w:rsid w:val="008D0AAF"/>
    <w:rsid w:val="00AA1D8D"/>
    <w:rsid w:val="00B47730"/>
    <w:rsid w:val="00BA6945"/>
    <w:rsid w:val="00CB0664"/>
    <w:rsid w:val="00D52120"/>
    <w:rsid w:val="00EC5849"/>
    <w:rsid w:val="00F9396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735B9A"/>
  <w14:defaultImageDpi w14:val="300"/>
  <w15:docId w15:val="{0D44FF67-F8D2-4062-8C8A-E10E2EDE9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DC4162-88F2-47B9-82D6-0E1459091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144</Words>
  <Characters>868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Katarzyna Łuczkowska</cp:lastModifiedBy>
  <cp:revision>6</cp:revision>
  <dcterms:created xsi:type="dcterms:W3CDTF">2026-01-08T11:19:00Z</dcterms:created>
  <dcterms:modified xsi:type="dcterms:W3CDTF">2026-01-08T12:02:00Z</dcterms:modified>
  <cp:category/>
</cp:coreProperties>
</file>